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צניעות, כבוד ואחריות דרך סיפורים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השלום עם מצרים באופן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בציר זמן ולבטא עמדה אישית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בבריסק (ברסט־ליטובסק) ב-1913.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נולד ב-16.8.1913.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אביו, זאב דב, היה פעיל ציוני, והבית היה בית של עברית ומסורת.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נבחר לכנסת הראשונה וכיהן כחבר כנסת שנים רבות.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כמפקד מחתרת פעל בסתר נגד השלטון הבריטי; כחבר כנסת פעל בגלוי, בדרכים דמוקרטיות וחוקיות.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מראה שכל אדם יכול לגדול ולהשפיע, ושגם מנהיגים התחילו כילדים רגילים.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מפקד אצ״ל – פעל במחתרת נגד הבריטים; ראש ממשלה – פעל בגלוי מול מדינות אחרות ובכנסת.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ציר הזמן בחייו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ב-16.8.1913 בעיר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נעצר בידי השלטון הסובייטי ולא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ב-1942 הגיע לארץ כחייל בצבא פולני שיצא מברית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 הזמן בחייו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4. 1949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 הזמן בחייו – סדרו לפי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נעצר בידי השלטון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הגיע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נבחר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בגין נעשה ראש הממשלה בפעם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מנהיג וצניעות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אמר במפורש שהוא לא יכול עוד למלא את התפקיד.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קרא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הייתה בקשתו האישית, כסימן לצניעות.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זכו יחד בפרס נובל לשלום בשנת 1978.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פרש בפועל אחרי שהודיע שהוא לא יכול עוד.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וצניעות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וצניעות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(הודעת פרישה מהתפקיד)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(ויתור על מלחמה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(בחירה צנועה ולא מכובדת במיוחד)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(הכרה בינלאומית על חוזה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וצניעות –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ביקש להיקבר במקום פשוט, ליד לוחמים, ולא במקום מכובד במיוחד.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כי מנהיג כן, לא מושלם, וצניעות היא גם להכיר בגבולות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שגם כשכועסים וכואבים, אפשר לבחור לא להילחם ולשמור על כבוד הדדי.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השלום עם מצרים – מה קרה?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(19 בנובמבר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(17 בספטמבר 1978)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(1978)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(26 במרץ 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(25 באפריל 1982)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נשיא מצרים אנואר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 פינתה יישובים בסיני, בהם העיר ימית, ונסוגה מכל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היה חוזה השלום הראשון עם מדינה ערבית, והוא הביא יציבות ויחסים שנמשכים עד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המנמקת את חשיבות השיחה והפגישה בין מנהיגים לשם הפסקת סכסוכים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דילמות וערכים – מה זכור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פליטים מווייטנאם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הפציץ את הכור הגרעיני בעיראק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וערכים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ישראל התחייבה לסגת מכל סיני ולפנות יישובים.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הפינוי היה קשה מאוד למי שהתגורר 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הממשלה החליטה להעניק להם מקלט ובית בישראל.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וערכים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שמזהה נכון ערך כמו ויתור, אחריות או עזרה לזולת.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שמתארת חיים פשוטים בלי רצון לכבוד או עושר.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נימוק, למשל: לא קל כי קשה לעזוב 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הכוללת שתי שאלות רלוונטיות, כמו: כמה אנשים? מה הם צריכים?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וכתיבה – מה זוכרים על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בריסק (ברסט־ליטובסק) היתה עיר הולדתו, בשנת 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ראש הממשלה השישי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חוזה השלום בין ישראל למצרים נחתם ב־1979.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היה מפקד האצ״ל, מחתרת שנאבקה בשלטון הבריטי.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הביקור ההיסטורי התקיים בנובמבר 1977.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וכתיבה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וכתיבה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בגין היה מנהיג צנוע ששאף לשלום.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הפתיע אותי שהיה אסיר ואחר כך ראש ממשלה.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כל שאלה ענייניית מתקבלת.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מפקד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 להילחם באחים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"איני יכול עוד"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עובדה אחת לפחות מחייו של בגין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ברור של ערך (כמו צניעות, כבוד, שלום) עם קשר לדוגמה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הפתוחה רלוונטית לנושא ומנוסחת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יותר כדאי לקצר את פרק הדילמות ולהתמקד בסיפור ובצניעות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תמונה או איור לכל פרק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בכיתה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נכיר את מנחם בגין. הוא היה ילד, ואז מנהיג חשוב. בכל דף יש שאלות קצרות. קוראים וכותבים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שמוביל אנשים ומקבל החלטות חשובות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נבחרים מחליטים על חוקי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שעומד בראש הממשלה של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להפסקת מלחמה וליחסים טובים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כתובה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וענווה, בלי התרברבות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מכבד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לתוצאות המעשים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שמפריד בין שתי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של יהודים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בשנת 1920.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בגין היה פעיל 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כחבר כנסת שנה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הצטרף לתנועת הנוער __________ בשנת 1929.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מונה למפקד ה__________, מחתרת שנאבקה בשלטון הבריטי.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1949 נבחר בגין לכנסת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נעצר בידי השלטון ה__________ ונשלח למחנה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הגיע לארץ ישראל כחייל בצבא __________ שיצא מברית המועצות.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השתנה בתפקידו של בגין בין התקופה שבה היה מפקד מחתרת לתקופה שבה היה חבר כנסת?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לדעת שבגין היה גם ילד רגיל מבריסק לפני שהיה מנהיג?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שני תפקידים שהיו לבגין במהלך חייו וכתבו במה הם שונים זה מזה.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ציר הזמן בחייו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הבריטי ונשלח למחנה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כחייל בצבא פולני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 הזמן בחייו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הצטרף לתנועת הנוער __________ בשנת 1929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מונה למפקד ה__________, מחתרת שנאבקה בשלטון הבריטי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נבחר לכנסת הראשונה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 הזמן בחייו – סדרו לפי השנים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הסובייטי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נעשה ראש הממשלה בפעם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הצטרף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בעיר בריסק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מנהיג וצניעות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כשבגין פרש מראש הממשלה הוא אמר שהוא כבר לא יכול להמשיך בתפקיד.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בגין קרא לאנשיו להמשיך להילחם.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ביקש להיקבר ליד עולי הגרדום, ולא במקום מכובד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 יחד עם נשיא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המשיך לכהן כראש ממשלה הרבה שנים אחרי הודעת הפרישה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מנהיג וצניעות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הודיע על פרישתו במילים: __________ יכול 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בפרשת אלטלנה בגין ביקש שלא תהיה מלחמת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__________ יחד עם נשיא מצרים בפרס נובל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ביקש להיקבר בהר הזיתים ליד עולי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מנהיג וצניעות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"איני יכול עוד"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הכרה בינלאומית על חוזה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בחירה צנועה ולא מכובדת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קבורה ליד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 על מלחמה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הודעת פרישה מהתפקיד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מנהיג וצניעות –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שמראה שבגין היה מנהיג צנוע.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שמנהיג יידע להגיד "אני לא יכול יותר" ולפרוש?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ללמוד מבגין על כבוד לאחרים, מתוך פרשת אלטלנה?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השלום עם מצרים – מה קרה?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נשיא הגיע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ג'מאל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מנחם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היה הביקור?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מדינה נחתמו ההסכמים?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פרס קיבלו שני המנהיגים?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הצטיינות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מדליית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שטח ישראל החזירה?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יהודה ושומרון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השלום עם מצרים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ביקור סאדאת בירושלים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 בנובמבר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חתימת הסכמי קמפ דייוויד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17 בספטמבר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זכייה בפרס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חתימת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26 במרץ 1979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הנסיגה מסיני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25 באפריל 1982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השלום עם מצרים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אחד מה קרה ב-19 בנובמבר 1977.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המחיר שישראל שילמה כדי להשיג את השלום עם מצרים?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חוזה השלום עם מצרים נחשב להישג חשוב? כתבו שני נימוקים.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מדוע חשוב שמנהיגים ממדינות שהיו אויבות ייפגשו וידברו? כתבו את דעתכם.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דילמות וערכים – מה זכור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בגין אמר ללוחמים שלו באלטלנה?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להילחם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להפציץ את 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קיבל את סיני בחזרה?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עזרה ממשלת בגין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פליטים מווייטנאם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תיירים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סוחרים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ביקר בכור הגרעיני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הפציץ את הכור הגרעיני בעיראק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 כור 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מכר נשק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לערך של חיים פשוטים?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דילמות וערכים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באלטלנה בגין קרא ללוחמיו להשיב מלחמה נגד הממשלה.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חוזה השלום, ישראל פינתה יישובים בסיני, בהם העיר ימית.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תושבי ימית שפונו מבתיהם שילמו מחיר אישי כבד.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ממשלת בגין סירבה לעזור לפליטים מווייטנאם.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דילמות וערכים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מהמצבים שלמדנו (אלטלנה, השלום עם מצרים, פליטי וייטנאם) וכתבו איזה ערך בא לידי ביטוי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זה 'צניעות', לפי מה שלמדתם על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בגין ויתר על חלק מהארץ (סיני) כדי להשיג שלום. האם קל לוותר על דבר חשוב?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מנהיגים וספינה מגיעה עם פליטים הזקוקים לעזרה. אילו שתי שאלות הייתם שואלים לפני ההחלטה?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וכתיבה – מה זוכרים על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חוזה שלום עם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מפקד בצבא הבריטי לפני הקמת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בישראל ונאם בכנסת.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 וכתיבה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ואנואר סאדאת זכו יחד בפרס __________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1979 נחתם __________ השלום בין ישראל למצרים.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חוזה השלום, ישראל נסוגה מכל חצי האי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כשבגין פרש מראשות הממשלה הוא אמר: 'איני יכול __________.'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וכתיבה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מה למדתם על מנחם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הפתיע אתכם בסיפור של מנחם בגין? הסבירו במשפט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שעוד נשארה לכם על מנחם בגין או על השלום עם מצרים.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מנחם בגין נולד בעיר: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תפקיד שימש בגין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חתם בגין על חוזה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נשיא מצרים שחתם על השלום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בפרשת אלטלנה בגין ביקש מאנשיו: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להילחם באחים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להמשיך לירות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איזה הישג זכה בגין יחד עם סאדאת?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מדליית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הגבורה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מאיזה שטח נסוגה ישראל לפי חוזה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כשבגין פרש מראשות הממשלה הוא אמר: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"איני יכול עוד"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"עוד נשוב"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"זו הצלחה גדולה"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מתחיל מחדש"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חייו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אחד מחייו של בגין נראה לי הכי חשוב,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עדיין נשארה לי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